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right"/>
      </w:pPr>
      <w:r>
        <w:rPr>
          <w:rFonts w:ascii="Yu Mincho" w:hAnsi="Yu Mincho" w:eastAsia="游明朝"/>
          <w:b w:val="0"/>
          <w:sz w:val="21"/>
        </w:rPr>
        <w:t>2026年10月1日</w:t>
      </w:r>
    </w:p>
    <w:p>
      <w:pPr>
        <w:spacing w:after="80"/>
      </w:pPr>
      <w:r>
        <w:rPr>
          <w:rFonts w:ascii="Yu Mincho" w:hAnsi="Yu Mincho" w:eastAsia="游明朝"/>
          <w:b w:val="0"/>
          <w:sz w:val="21"/>
        </w:rPr>
        <w:t>スポーツ少年団指導者　様</w:t>
      </w:r>
    </w:p>
    <w:p>
      <w:pPr>
        <w:spacing w:after="80"/>
        <w:jc w:val="right"/>
      </w:pPr>
      <w:r>
        <w:rPr>
          <w:rFonts w:ascii="Yu Mincho" w:hAnsi="Yu Mincho" w:eastAsia="游明朝"/>
          <w:b w:val="0"/>
          <w:sz w:val="21"/>
        </w:rPr>
        <w:t>鹿児島マスターズ陸上競技連盟</w:t>
        <w:br/>
        <w:t>会長　春田　武志</w:t>
      </w:r>
    </w:p>
    <w:p>
      <w:pPr>
        <w:spacing w:after="240" w:before="160"/>
        <w:jc w:val="center"/>
      </w:pPr>
      <w:r>
        <w:rPr>
          <w:rFonts w:ascii="Yu Mincho" w:hAnsi="Yu Mincho" w:eastAsia="游明朝"/>
          <w:b/>
          <w:sz w:val="24"/>
        </w:rPr>
        <w:t>2026年度 鹿児島マスターズ陸上競技記録会</w:t>
        <w:br/>
        <w:t>小学生招待競技への参加について（ご案内）</w:t>
      </w:r>
    </w:p>
    <w:p>
      <w:pPr>
        <w:spacing w:line="300" w:lineRule="auto" w:after="80"/>
        <w:ind w:firstLine="595"/>
      </w:pPr>
      <w:r>
        <w:rPr>
          <w:rFonts w:ascii="Yu Mincho" w:hAnsi="Yu Mincho" w:eastAsia="游明朝"/>
          <w:b w:val="0"/>
          <w:sz w:val="21"/>
        </w:rPr>
        <w:t>平素より，マスターズ陸上競技の普及・振興にご協力を賜り，厚く御礼申し上げます。</w:t>
      </w:r>
    </w:p>
    <w:p>
      <w:pPr>
        <w:spacing w:line="300" w:lineRule="auto" w:after="80"/>
        <w:ind w:firstLine="595"/>
      </w:pPr>
      <w:r>
        <w:rPr>
          <w:rFonts w:ascii="Yu Mincho" w:hAnsi="Yu Mincho" w:eastAsia="游明朝"/>
          <w:b w:val="0"/>
          <w:sz w:val="21"/>
        </w:rPr>
        <w:t>さて，2026年度鹿児島マスターズ陸上競技記録会を，11月29日（日）に日置市伊集院総合運動公園陸上競技場で開催いたします。</w:t>
      </w:r>
    </w:p>
    <w:p>
      <w:pPr>
        <w:spacing w:line="300" w:lineRule="auto" w:after="80"/>
        <w:ind w:firstLine="595"/>
      </w:pPr>
      <w:r>
        <w:rPr>
          <w:rFonts w:ascii="Yu Mincho" w:hAnsi="Yu Mincho" w:eastAsia="游明朝"/>
          <w:b w:val="0"/>
          <w:sz w:val="21"/>
        </w:rPr>
        <w:t>本記録会では，小学4～6年生を対象とした招待競技を実施いたします。つきましては，貴団所属の小学生の皆様にご参加いただきたく，ご案内申し上げます。</w:t>
      </w:r>
    </w:p>
    <w:p>
      <w:pPr>
        <w:spacing w:line="300" w:lineRule="auto" w:after="80"/>
        <w:ind w:firstLine="595"/>
      </w:pPr>
      <w:r>
        <w:rPr>
          <w:rFonts w:ascii="Yu Mincho" w:hAnsi="Yu Mincho" w:eastAsia="游明朝"/>
          <w:b w:val="0"/>
          <w:sz w:val="21"/>
        </w:rPr>
        <w:t>実施種目，参加料，申込方法等の詳細につきましては，別紙「小学生招待種目要項」をご確認ください。</w:t>
      </w:r>
    </w:p>
    <w:p>
      <w:pPr>
        <w:spacing w:line="300" w:lineRule="auto" w:after="80"/>
        <w:ind w:firstLine="595"/>
      </w:pPr>
      <w:r>
        <w:rPr>
          <w:rFonts w:ascii="Yu Mincho" w:hAnsi="Yu Mincho" w:eastAsia="游明朝"/>
          <w:b w:val="0"/>
          <w:sz w:val="21"/>
        </w:rPr>
        <w:t>多くの皆様のご参加をお待ちしております。</w:t>
      </w:r>
    </w:p>
    <w:p>
      <w:pPr>
        <w:spacing w:before="160" w:after="80"/>
      </w:pPr>
      <w:r>
        <w:rPr>
          <w:rFonts w:ascii="Yu Mincho" w:hAnsi="Yu Mincho" w:eastAsia="游明朝"/>
          <w:b/>
          <w:sz w:val="21"/>
        </w:rPr>
        <w:t>【連絡先・申込先】</w:t>
      </w:r>
    </w:p>
    <w:p>
      <w:pPr>
        <w:spacing w:after="80"/>
        <w:ind w:left="397"/>
      </w:pPr>
      <w:r>
        <w:rPr>
          <w:rFonts w:ascii="Yu Mincho" w:hAnsi="Yu Mincho" w:eastAsia="游明朝"/>
          <w:b w:val="0"/>
          <w:sz w:val="21"/>
        </w:rPr>
        <w:t>鹿児島マスターズ陸上競技連盟事務局</w:t>
      </w:r>
    </w:p>
    <w:p>
      <w:pPr>
        <w:spacing w:after="80"/>
        <w:ind w:left="397"/>
      </w:pPr>
      <w:r>
        <w:rPr>
          <w:rFonts w:ascii="Yu Mincho" w:hAnsi="Yu Mincho" w:eastAsia="游明朝"/>
          <w:b w:val="0"/>
          <w:sz w:val="21"/>
        </w:rPr>
        <w:t>〒893-0056　鹿屋市上野町4866-21</w:t>
      </w:r>
    </w:p>
    <w:p>
      <w:pPr>
        <w:spacing w:after="80"/>
        <w:ind w:left="397"/>
      </w:pPr>
      <w:r>
        <w:rPr>
          <w:rFonts w:ascii="Yu Mincho" w:hAnsi="Yu Mincho" w:eastAsia="游明朝"/>
          <w:b w:val="0"/>
          <w:sz w:val="21"/>
        </w:rPr>
        <w:t>牧　陽一　　携帯 090-4582-5327</w:t>
      </w:r>
    </w:p>
    <w:p>
      <w:pPr>
        <w:spacing w:after="80"/>
        <w:ind w:left="397"/>
      </w:pPr>
      <w:r>
        <w:rPr>
          <w:rFonts w:ascii="Yu Mincho" w:hAnsi="Yu Mincho" w:eastAsia="游明朝"/>
          <w:b w:val="0"/>
          <w:sz w:val="21"/>
        </w:rPr>
      </w:r>
    </w:p>
    <w:p>
      <w:pPr>
        <w:spacing w:after="80"/>
        <w:ind w:left="397"/>
      </w:pPr>
      <w:r>
        <w:rPr>
          <w:rFonts w:ascii="Yu Mincho" w:hAnsi="Yu Mincho" w:eastAsia="游明朝"/>
          <w:b w:val="0"/>
          <w:sz w:val="21"/>
        </w:rPr>
        <w:t>ホームページ：https://www.kagoshima-masters.jp</w:t>
      </w:r>
    </w:p>
    <w:p>
      <w:pPr>
        <w:spacing w:after="80"/>
        <w:ind w:left="397"/>
      </w:pPr>
      <w:r>
        <w:rPr>
          <w:rFonts w:ascii="Yu Mincho" w:hAnsi="Yu Mincho" w:eastAsia="游明朝"/>
          <w:b w:val="0"/>
          <w:sz w:val="21"/>
        </w:rPr>
      </w:r>
    </w:p>
    <w:p>
      <w:pPr>
        <w:spacing w:after="80"/>
        <w:ind w:left="397"/>
      </w:pPr>
      <w:r>
        <w:rPr>
          <w:rFonts w:ascii="Yu Mincho" w:hAnsi="Yu Mincho" w:eastAsia="游明朝"/>
          <w:b w:val="0"/>
          <w:sz w:val="21"/>
        </w:rPr>
        <w:t>参加申込書メール送付先：kagoshima_mast@yahoo.co.jp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Mincho" w:hAnsi="Yu Mincho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